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המפה החברתית שלנו – חוסן ושייכות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חוסן ושייכות – מעגלי התמיכה שלנו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את המושגים חוסן, שייכות ומעגלי תמיכה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לזהות דרכים לחיזוק שייכות בכיתה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כתיבה אישית על תמיכה וקשרים חברתיים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עולים חדשים – מילון מילים בראש הדף, משפטים קצרים ושפה פשוטה. אפשר לאפשר מילון אישי ועבודה בזוגות.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הבנה בסיסית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אנשים שתומכים בי ועוזרים לי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הרגשה שאני חלק מהקבוצה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 – יכולת להתמודד ולהתאושש מקושי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ג – בחירת פעולה אחת מ'ההתחייבות שלי' וקיומה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ב – קו - שורה, טור או אלכסון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כל אדם שתומך בנו שייך למעגל התמיכה שלנו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שייכות אמיתית כוללת את כל התלמידים בכיתה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נכון – הבעת הכרת תודה מחזקת מערכות יחסים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נכון – פעילות משותפת יוצרת הזדמנות להכיר אנשים חדשים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לא נכון – חוסן הוא היכולת להתמודד עם קושי ולהתאושש ממנו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השלימו את המשפט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תמיכה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שייכות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הכלה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חוסן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משותף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התאימו בין המשימה לסוג שלה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ד (משימה בסיסית)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ה (משימה מעמיקה)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א (משימת אתגר)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ג (משימת חובה)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ב (משימה מעמיקה)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כתיבה אישית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תלמיד/ה יזהה אנשים קרובים (משפחה, חברים טובים) ואנשים רחוקים יותר (מכרים, מורים) וינמק את מיקומם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מילים כמו: הכלה, הקשבה, כבוד, שיתוף, חברות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רעיון יצירתי כמו עבודה בזוגות אקראיים, פעילות הפסקה משותפת, או פרויקט קבוצתי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אנשים שתומכים ועוזרים לי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למשל: לשתף פעולה, להכיל, לעזור לחבר חדש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משימת חובה חייבים לבצע, משימה בסיסית היא רמת קושי נמוכה אך לא חובה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לקיים שיחה פתוחה לפני הדף על הרגשת שייכות בכיתה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מומלץ לאפשר לתלמידים לשתף רק אם נוח להם, בלי לחץ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ניתן לשלב את הדף עם עבודה בפועל על לוח הבחירה המקורי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המפה החברתית שלנו – חוסן ושייכות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חוסן ושייכות – מעגלי התמיכה שלנו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בדף הזה נלמד מילים חדשות: תמיכה, שייכות, חוסן. נענה על שאלות קלות ונכתוב קצת על חברים ומשפחה.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📖 מילון קטן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מעגל תמיכה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אנשים שעוזרים לי ותומכים בי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שייכות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הרגשה שאני חלק מהקבוצה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חוסן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יכולת להתמודד עם קושי ולהתאושש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הכלה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לקבל כל אחד כמו שהוא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אמפתיה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להבין ולהרגיש את מה שהשני מרגיש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רשת תמיכה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כל האנשים שעוזרים לי יחד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התחייבות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הבטחה לפעולה שאני מקיים/ת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שילוב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לחבר בין אנשים שלא מכירים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הבנה בסיסית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מי זה מעגל תמיכה?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רשימת שיעורים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אנשים שתומכים בי ועוזרים לי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משחק בהפסקה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מבחן בכיתה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מה המילה שייכות אומרת?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להיות הכי חזק בכיתה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הרגשה שאני חלק מהקבוצה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לקבל ציון גבוה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לשחק לבד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מה זה חוסן?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לא להרגיש כלום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יכולת להתמודד ולהתאושש מקושי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לרוץ מהר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לדעת לשיר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איזו משימה חייבים לעשות?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ראיון עם בן משפחה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כתיבת מדריך הישרדות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בחירת פעולה אחת מ'ההתחייבות שלי' וקיומה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ציור מעגלי תמיכה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מה צריך ליצור בלוח?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עיגול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קו - שורה, טור או אלכסון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משולש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רק נקודה אחת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מעגל תמיכה יכול לכלול בני משפחה וחברים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שייכות כיתתית אומרת שרק חלק מהתלמידים מרגישים שייכים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כתיבת מכתב תודה היא דרך לחזק קשר עם מישהו שתומך בנו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תכנון פעילות הפסקה משותפת יכול לעזור לתלמידים שלא מכירים להתחבר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חוסן נפשי אומר שאף פעם לא מרגישים קושי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השלימו את המשפט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אנשים שתומכים בי ועוזרים לי נקראים מעגל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הרגשה שאני חלק מהקבוצה נקראת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לקבל כל אחד כמו שהוא נקרא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היכולת להתמודד עם קושי ולהתאושש ממנו נקראת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5. כדי לחבר תלמידים שלא מכירים אפשר להציע פרויקט 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התאימו בין המשימה לסוג שלה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ציור מעגלי התמיכה שלי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משימת אתגר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כתיבת מכתב תודה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משימה מעמיקה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כתיבת מדריך הישרדות לתלמיד חדש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משימת חובה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בחירת פעולה מ'ההתחייבות שלי'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משימה בסיסית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תכנון פעילות הפסקה משותפת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משימה מעמיקה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כתיבה אישית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ציירו או תארו במילים את מעגלי התמיכה שלכם - מי נמצא במעגל הקרוב ביותר ומי במעגלים הרחוקים יותר?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כתבו 5 מילים שמתארות כיתה שבה כל התלמידים מרגישים שייכים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הציעו רעיון לפרויקט כיתתי שיחבר בין תלמידים שלא מכירים מספיק אחד את השני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מהו מעגל תמיכה?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תנו דוגמה אחת לפעולה שיוצרת שייכות בכיתה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ההבדל בין משימת חובה למשימה בסיסית בלוח?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חוסן ושייכות – מעגלי התמיכה שלנו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