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חוסן, שייכות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תמיכה וקשרים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שתומכים בי ועוזרים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הרגשה שאני חלק מהקבוצה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יכולת להתמודד ולהתאושש מקושי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 שתומך בנו שייך למעגל התמיכה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שייכות אמיתית כוללת את כל התלמידים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בסיסית)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(משימה מעמיקה)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(משימת 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(משימת חובה)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יזהה אנשים קרובים (משפחה, חברים טובים) ואנשים רחוקים יותר (מכרים, מורים) וינמק את מיקומם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 כמו: הכלה, הקשבה, כבוד, שיתוף,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אנשים שתומכים ועוזרים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לשתף פעולה, להכיל, לעזור לחבר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חובה חייבים לבצע, משימה בסיסית היא רמת קושי נמוכה אך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הרגשת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עבודה בפועל על לוח הבחירה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שעליהם מבוסס לוח הבחירה - מעגלי תמיכה, שייכות וחוסן, ונכתוב על חברים ובני משפחה שתומכים בנו.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שייכות  ·  תמיכה  ·  הכלה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מעגל 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שתומכים בי ועוזרים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הרגשה שאני חלק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להרגיש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תמיכה יכול לכלול בני משפחה וחברים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שייכות כיתתית אומרת שרק חלק מהתלמידים מרגישים שייכים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אנשים שתומכים בי ועוזרים לי נקראים מעגל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הרגשה שאני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לקבל כל אחד כמו שהוא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המשימה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ציור מעגלי התמיכה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משימת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כתיבת מכתב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משימת חובה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כתיבת מדריך הישרדות לתלמיד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משימה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בחירת פעולה מ'ההתחייבות שלי'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משימה בסיסית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תארו במילים את מעגלי התמיכה שלכם - מי נמצא במעגל הקרוב ביותר ומי במעגלים הרחוקים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5 מילים שמתארות כיתה שבה כל התלמידים מרגישים שייכים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מעגל תמיכה?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שיוצרת שייכות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ושייכות – מעגלי התמיכה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